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中晚侏罗世道虎沟化石层的华翅蝉新种数据</w:t>
      </w:r>
    </w:p>
    <w:p>
      <w:r>
        <w:rPr>
          <w:sz w:val="22"/>
        </w:rPr>
        <w:t>英文标题：Data of new species of sinoalid from the Middle to Late Jurassic of Daohugou</w:t>
      </w:r>
    </w:p>
    <w:p>
      <w:r>
        <w:rPr>
          <w:sz w:val="32"/>
        </w:rPr>
        <w:t>1、摘要</w:t>
      </w:r>
    </w:p>
    <w:p>
      <w:pPr>
        <w:ind w:firstLine="432"/>
      </w:pPr>
      <w:r>
        <w:rPr>
          <w:sz w:val="22"/>
        </w:rPr>
        <w:t>1）系统描述了一个来自中-晚侏罗世道虎沟生物群的华翅蝉科新物种，修订了Jiania的同物异名，证明了道虎沟化石层与滦平九龙山组的地层对比相关性。</w:t>
        <w:br/>
        <w:t>2）化石材料来自我国内中-晚侏罗世蒙古赤峰市宁城县道虎沟地区，对化石进行镜下修复处理，使用v16体式显微镜对化石进行成像，得到图像数据，使用ps软件进行图版制作，使用cdr软件进行手绘线条图。</w:t>
        <w:br/>
        <w:t>3）新种基于2块化石建立，化石保存在灰黑色薄层凝灰质页岩中，图像数据清晰。</w:t>
        <w:br/>
        <w:t>4）论文从生物生物地层学角度证明了道虎沟化石层和河北滦平九龙山组的地层对比相关性。</w:t>
      </w:r>
    </w:p>
    <w:p>
      <w:r>
        <w:rPr>
          <w:sz w:val="32"/>
        </w:rPr>
        <w:t>2、关键词</w:t>
      </w:r>
    </w:p>
    <w:p>
      <w:pPr>
        <w:ind w:left="432"/>
      </w:pPr>
      <w:r>
        <w:rPr>
          <w:sz w:val="22"/>
        </w:rPr>
        <w:t>主题关键词：</w:t>
      </w:r>
      <w:r>
        <w:rPr>
          <w:sz w:val="22"/>
        </w:rPr>
        <w:t>古生物</w:t>
      </w:r>
      <w:r>
        <w:t>,</w:t>
      </w:r>
      <w:r>
        <w:rPr>
          <w:sz w:val="22"/>
        </w:rPr>
        <w:t>昆虫</w:t>
      </w:r>
      <w:r>
        <w:t>,</w:t>
      </w:r>
      <w:r>
        <w:rPr>
          <w:sz w:val="22"/>
        </w:rPr>
        <w:t>无脊椎动物</w:t>
      </w:r>
      <w:r>
        <w:t>,</w:t>
      </w:r>
      <w:r>
        <w:rPr>
          <w:sz w:val="22"/>
        </w:rPr>
        <w:t>生物化石</w:t>
      </w:r>
      <w:r>
        <w:t>,</w:t>
      </w:r>
      <w:r>
        <w:rPr>
          <w:sz w:val="22"/>
        </w:rPr>
        <w:t>地层</w:t>
      </w:r>
      <w:r>
        <w:t>,</w:t>
      </w:r>
      <w:r>
        <w:rPr>
          <w:sz w:val="22"/>
        </w:rPr>
        <w:t>火山灰</w:t>
      </w:r>
      <w:r>
        <w:t>,</w:t>
      </w:r>
      <w:r>
        <w:rPr>
          <w:sz w:val="22"/>
        </w:rPr>
        <w:t>古气候重建</w:t>
      </w:r>
      <w:r>
        <w:t>,</w:t>
      </w:r>
      <w:r>
        <w:rPr>
          <w:sz w:val="22"/>
        </w:rPr>
        <w:t>地质灾害</w:t>
        <w:br/>
      </w:r>
      <w:r>
        <w:rPr>
          <w:sz w:val="22"/>
        </w:rPr>
        <w:t>学科关键词：</w:t>
      </w:r>
      <w:r>
        <w:rPr>
          <w:sz w:val="22"/>
        </w:rPr>
        <w:t>古环境</w:t>
      </w:r>
      <w:r>
        <w:t>,</w:t>
      </w:r>
      <w:r>
        <w:rPr>
          <w:sz w:val="22"/>
        </w:rPr>
        <w:t>固体地球</w:t>
        <w:br/>
      </w:r>
      <w:r>
        <w:rPr>
          <w:sz w:val="22"/>
        </w:rPr>
        <w:t>地点关键词：</w:t>
      </w:r>
      <w:r>
        <w:rPr>
          <w:sz w:val="22"/>
        </w:rPr>
        <w:t>道虎沟</w:t>
        <w:br/>
      </w:r>
      <w:r>
        <w:rPr>
          <w:sz w:val="22"/>
        </w:rPr>
        <w:t>时间关键词：</w:t>
      </w:r>
      <w:r>
        <w:rPr>
          <w:sz w:val="22"/>
        </w:rPr>
        <w:t>中晚侏罗世</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西：118.0</w:t>
            </w:r>
          </w:p>
        </w:tc>
        <w:tc>
          <w:tcPr>
            <w:tcW w:type="dxa" w:w="2880"/>
          </w:tcPr>
          <w:p>
            <w:r>
              <w:t>-</w:t>
            </w:r>
          </w:p>
        </w:tc>
        <w:tc>
          <w:tcPr>
            <w:tcW w:type="dxa" w:w="2880"/>
          </w:tcPr>
          <w:p>
            <w:r>
              <w:t>东：118.0</w:t>
            </w:r>
          </w:p>
        </w:tc>
      </w:tr>
      <w:tr>
        <w:tc>
          <w:tcPr>
            <w:tcW w:type="dxa" w:w="2880"/>
          </w:tcPr>
          <w:p>
            <w:r>
              <w:t>-</w:t>
            </w:r>
          </w:p>
        </w:tc>
        <w:tc>
          <w:tcPr>
            <w:tcW w:type="dxa" w:w="2880"/>
          </w:tcPr>
          <w:p>
            <w:r>
              <w:t>南：41.0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付衍哲. 中晚侏罗世道虎沟化石层的华翅蝉新种数据. 时空三极环境大数据平台, DOI:doi.org/10.1080/03115518.2017.1374458, CSTR:, </w:t>
      </w:r>
      <w:r>
        <w:t>2021</w:t>
      </w:r>
      <w:r>
        <w:t>.[</w:t>
      </w:r>
      <w:r>
        <w:t xml:space="preserve">FU   Yanzhe. Data of new species of sinoalid from the Middle to Late Jurassic of Daohugou. A Big Earth Data Platform for Three Poles, DOI:doi.org/10.1080/03115518.2017.1374458,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付衍哲</w:t>
        <w:br/>
      </w:r>
      <w:r>
        <w:rPr>
          <w:sz w:val="22"/>
        </w:rPr>
        <w:t xml:space="preserve">单位: </w:t>
      </w:r>
      <w:r>
        <w:rPr>
          <w:sz w:val="22"/>
        </w:rPr>
        <w:t>中国科学院南京地质古生物研究所</w:t>
        <w:br/>
      </w:r>
      <w:r>
        <w:rPr>
          <w:sz w:val="22"/>
        </w:rPr>
        <w:t xml:space="preserve">电子邮件: </w:t>
      </w:r>
      <w:r>
        <w:rPr>
          <w:sz w:val="22"/>
        </w:rPr>
        <w:t>yzfu@nigpas.ac.cn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