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青海省全省主要牲畜出栏情况（1978-2020）</w:t>
      </w:r>
    </w:p>
    <w:p>
      <w:r>
        <w:rPr>
          <w:sz w:val="22"/>
        </w:rPr>
        <w:t>英文标题：Main livestock slaughter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1978-2020年青海省全省主要牲畜出栏情况，数据是按年份和西宁市、海东地区、海北州、黄南州、海南州、果洛州、玉树州、海西州等地区进行划分的。数据整理自青海省统计局发布的青海省统计年鉴。数据集包含17个数据表，分别为：青海省主要年份牲畜出栏情况1978-2020.xls，主要年份主要牲畜出栏情况1978-2004年.xls，主要年份主要牲畜出栏情况1978-2008年.xls，主要年份主要牲畜出栏情况1978-2009.xls，主要年份主要牲畜出栏情况1978-2010年.xls，主要年份主要牲畜出栏情况1978-2011.xls，主要年份主要牲畜出栏情况1978-2012年.xls，主要年份主要牲畜出栏情况1978-2013年.xls，主要年份主要牲畜出栏情况1978-2014年.xls，主要年份主要牲畜出栏情况1978-2015年.xls，主要年份主要牲畜出栏情况1978-2016年.xls，主要年份主要牲畜出栏情况1978-2017年.xls，主要年份主要牲畜出栏情况1978-2018年.xls，主要年份主要牲畜出栏情况1978年-2006.xls，主要年份主要牲畜出栏情况1978年-2007.xls，主要年份主要牲畜出栏情况1997年-2005.xls，主要牲畜出栏情况1978-2003.xls。数据表结构相同。例如1978-2004年的数据表共有5个字段：</w:t>
        <w:br/>
        <w:t>字段1：年份地区</w:t>
        <w:br/>
        <w:t>字段2：大牲畜</w:t>
        <w:br/>
        <w:t>字段3：羊</w:t>
        <w:br/>
        <w:t>字段4：肉猪出栏头数</w:t>
        <w:br/>
        <w:t>字段5：家禽出栏数"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畜牧业经济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青海省全省主要牲畜出栏情况（1978-2020）. 时空三极环境大数据平台, </w:t>
      </w:r>
      <w:r>
        <w:t>2021</w:t>
      </w:r>
      <w:r>
        <w:t>.[</w:t>
      </w:r>
      <w:r>
        <w:t xml:space="preserve">Qinghai Provincial Bureau of Statistics. Main livestock slaughter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