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黑河生态水文遥感试验：水文气象观测网数据集（阿柔超级站气象要素梯度观测系统-2017）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阿柔超级站气象要素梯度观测系统数据。站点位于青海省祁连县阿柔乡草达坂村，下垫面是亚高山山地草甸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2017.1.1-2.28和2017.8.8-8.23之间，土壤热通量G3在4.16-7.6由于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2017-01-20 16:00:00+00:00</w:t>
      </w:r>
      <w:r>
        <w:rPr>
          <w:sz w:val="22"/>
        </w:rPr>
        <w:t>--</w:t>
      </w:r>
      <w:r>
        <w:rPr>
          <w:sz w:val="22"/>
        </w:rPr>
        <w:t>2018-01-19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黑河生态水文遥感试验：水文气象观测网数据集（阿柔超级站气象要素梯度观测系统-2017）. 时空三极环境大数据平台, DOI:10.11888/Meteoro.tpdc.270897, CSTR:18406.11.Meteoro.tpdc.270897,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(an observation system of meteorological elements gradient of A’rou Superstation, 2017). A Big Earth Data Platform for Three Poles, DOI:10.11888/Meteoro.tpdc.270897, CSTR:18406.11.Meteoro.tpdc.270897,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