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青海省城镇集体单位按构成分的固定资产投资和房屋面积（1985-2004）</w:t>
      </w:r>
    </w:p>
    <w:p>
      <w:r>
        <w:rPr>
          <w:sz w:val="22"/>
        </w:rPr>
        <w:t>英文标题：Fixed assets investment and housing area of urban collective units in Qinghai Province (1985-2004)</w:t>
      </w:r>
    </w:p>
    <w:p>
      <w:r>
        <w:rPr>
          <w:sz w:val="32"/>
        </w:rPr>
        <w:t>1、摘要</w:t>
      </w:r>
    </w:p>
    <w:p>
      <w:pPr>
        <w:ind w:firstLine="432"/>
      </w:pPr>
      <w:r>
        <w:rPr>
          <w:sz w:val="22"/>
        </w:rPr>
        <w:t>该数据集记录了青海省城镇集体单位按构成分的固定资产投资和房屋面积的统计数据，数据按行业、区域、用途等划分的。数据整理自青海省统计局发布的青海省统计年鉴。数据集包含4个数据表，分别为：城镇集体单位按构成分的固定资产投资和房屋面积1985-2001年.xls，城镇集体单位按构成分的固定资产投资和房屋面积1985-2002年.xls，城镇集体单位按构成分的固定资产投资和房屋面积1985-2003.xls，城镇集体单位按构成分的固定资产投资和房屋面积1985-2004年.xls。数据表结构相同。例如1985-2004年的数据表共有4个字段：</w:t>
        <w:br/>
        <w:t>字段1：年份</w:t>
        <w:br/>
        <w:t>字段2：房屋面积</w:t>
        <w:br/>
        <w:t>字段3：竣工面积</w:t>
        <w:br/>
        <w:t>字段4：其他</w:t>
      </w:r>
    </w:p>
    <w:p>
      <w:r>
        <w:rPr>
          <w:sz w:val="32"/>
        </w:rPr>
        <w:t>2、关键词</w:t>
      </w:r>
    </w:p>
    <w:p>
      <w:pPr>
        <w:ind w:left="432"/>
      </w:pPr>
      <w:r>
        <w:rPr>
          <w:sz w:val="22"/>
        </w:rPr>
        <w:t>主题关键词：</w:t>
      </w:r>
      <w:r>
        <w:rPr>
          <w:sz w:val="22"/>
        </w:rPr>
        <w:t>农村固定资产</w:t>
      </w:r>
      <w:r>
        <w:t>,</w:t>
      </w:r>
      <w:r>
        <w:rPr>
          <w:sz w:val="22"/>
        </w:rPr>
        <w:t>房地产开工面积</w:t>
      </w:r>
      <w:r>
        <w:t>,</w:t>
      </w:r>
      <w:r>
        <w:rPr>
          <w:sz w:val="22"/>
        </w:rPr>
        <w:t>社会经济</w:t>
      </w:r>
      <w:r>
        <w:t>,</w:t>
      </w:r>
      <w:r>
        <w:rPr>
          <w:sz w:val="22"/>
        </w:rPr>
        <w:t>按构成和建设性质划分</w:t>
        <w:br/>
      </w:r>
      <w:r>
        <w:rPr>
          <w:sz w:val="22"/>
        </w:rPr>
        <w:t>学科关键词：</w:t>
      </w:r>
      <w:r>
        <w:rPr>
          <w:sz w:val="22"/>
        </w:rPr>
        <w:t>人地关系</w:t>
        <w:br/>
      </w:r>
      <w:r>
        <w:rPr>
          <w:sz w:val="22"/>
        </w:rPr>
        <w:t>地点关键词：</w:t>
      </w:r>
      <w:r>
        <w:rPr>
          <w:sz w:val="22"/>
        </w:rPr>
        <w:t>青海</w:t>
        <w:br/>
      </w:r>
      <w:r>
        <w:rPr>
          <w:sz w:val="22"/>
        </w:rPr>
        <w:t>时间关键词：</w:t>
      </w:r>
      <w:r>
        <w:rPr>
          <w:sz w:val="22"/>
        </w:rPr>
        <w:t>1985-2004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青海省城镇集体单位按构成分的固定资产投资和房屋面积（1985-2004）. 时空三极环境大数据平台, </w:t>
      </w:r>
      <w:r>
        <w:t>2021</w:t>
      </w:r>
      <w:r>
        <w:t>.[</w:t>
      </w:r>
      <w:r>
        <w:t xml:space="preserve">Qinghai Provincial Bureau of Statistics. Fixed assets investment and housing area of urban collective units in Qinghai Province (1985-2004).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