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高寒草甸生态系统水热通量观测—阿柔超级站涡动相关仪（2015-2017）</w:t>
      </w:r>
    </w:p>
    <w:p>
      <w:r>
        <w:rPr>
          <w:sz w:val="22"/>
        </w:rPr>
        <w:t>英文标题：Observation dataset of water and heat flux in alpine meadow ecosystem -- eddy covariance system of A'rou Superstation (2015-2017)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该数据集包含了2015年1月1日至2017年12月31日的黑河水文气象观测网上游阿柔超级站的涡动相关仪观测数据。站点位于青海省祁连县阿柔乡草达坂村，下垫面是高寒草地。观测点的经纬度是100.4643E, 38.0473N，海拔3033m。涡动相关仪的架高3.5m，采样频率是10Hz，超声朝向是正北向，超声风速温度仪（CSAT3）与CO2/H2O分析仪（Li7500A）之间的距离是15cm。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，其中4月16-17日涡动系统Li7500A标定数据缺失；当存储卡存储数据出现问题导致10Hz数据缺失时(9.20-10.21,11.3-11.18)，数据由采集器输出的30min通量数据替代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风倾向</w:t>
      </w:r>
      <w:r>
        <w:t>,</w:t>
      </w:r>
      <w:r>
        <w:rPr>
          <w:sz w:val="22"/>
        </w:rPr>
        <w:t>大气放射性物质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阿柔超级站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2015-2017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3.文件大小：8.83MB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西：100.4643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东：100.4643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2015-01-11 16:00:00+00:00</w:t>
      </w:r>
      <w:r>
        <w:rPr>
          <w:sz w:val="22"/>
        </w:rPr>
        <w:t>--</w:t>
      </w:r>
      <w:r>
        <w:rPr>
          <w:sz w:val="22"/>
        </w:rPr>
        <w:t>2018-01-10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车涛, 刘绍民, 李新, 徐自为, 张阳,  谭俊磊. 高寒草甸生态系统水热通量观测—阿柔超级站涡动相关仪（2015-2017）. 时空三极环境大数据平台, DOI:10.11888/Geogra.tpdc.270195, CSTR:18406.11.Geogra.tpdc.270195, </w:t>
      </w:r>
      <w:r>
        <w:t>2019</w:t>
      </w:r>
      <w:r>
        <w:t>.[</w:t>
      </w:r>
      <w:r>
        <w:t xml:space="preserve">XU  Ziwei, LIU Shaomin, LI Xin, CHE Tao, ZHANG Yang, TAN Junlei. Observation dataset of water and heat flux in alpine meadow ecosystem -- eddy covariance system of A'rou Superstation (2015-2017). A Big Earth Data Platform for Three Poles, DOI:10.11888/Geogra.tpdc.270195, CSTR:18406.11.Geogra.tpdc.270195,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