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黑河流域高程地貌-坡向（2013-2016）</w:t>
      </w:r>
    </w:p>
    <w:p>
      <w:r>
        <w:rPr>
          <w:sz w:val="22"/>
        </w:rPr>
        <w:t>英文标题：Elevation geomorphology slope direction of Heihe river 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。利用HASM升尺度算法，将不同来源和不同精度的栅格数据与高程点数据进行融合，获得黑河流域的高精度坡向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坡向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2013-01-08 03:00:00+00:00</w:t>
      </w:r>
      <w:r>
        <w:rPr>
          <w:sz w:val="22"/>
        </w:rPr>
        <w:t>--</w:t>
      </w:r>
      <w:r>
        <w:rPr>
          <w:sz w:val="22"/>
        </w:rPr>
        <w:t>2016-08-08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黑河流域高程地貌-坡向（2013-2016）. 时空三极环境大数据平台, </w:t>
      </w:r>
      <w:r>
        <w:t>2016</w:t>
      </w:r>
      <w:r>
        <w:t>.[</w:t>
      </w:r>
      <w:r>
        <w:t xml:space="preserve">ZHAO Na, YUE Tianxiang. Elevation geomorphology slope direction of Heihe river  (2013-2016).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