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青海湖流域河流分布数据集（2000）</w:t>
      </w:r>
    </w:p>
    <w:p>
      <w:r>
        <w:rPr>
          <w:sz w:val="22"/>
        </w:rPr>
        <w:t>英文标题：River network dataset of the Qinghai 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青海湖流域河流分布数据集（2000）. 时空三极环境大数据平台, </w:t>
      </w:r>
      <w:r>
        <w:t>2013</w:t>
      </w:r>
      <w:r>
        <w:t>.[</w:t>
      </w:r>
      <w:r>
        <w:t xml:space="preserve">National Basic Geographic Information Center. River network dataset of the Qinghai Lake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