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黑河生态水文遥感试验：水文气象观测网数据集（张掖湿地站涡动相关仪-2015）</w:t>
      </w:r>
    </w:p>
    <w:p>
      <w:r>
        <w:rPr>
          <w:sz w:val="22"/>
        </w:rPr>
        <w:t>英文标题：HiWATER: Dataset of hydrometeorological observation network (eddy covariance system of Zhangye wetland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该数据集包含了2015年1月1日至2015年9月25日的黑河水文气象观测网中游张掖湿地站的涡动相关仪观测数据。站点位于甘肃省张掖市，下垫面是湿地。观测点的经纬度是100.44640E,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2015年4月12日至5月1日涡动系统Li7500A在标定，数据缺失；9月26日后由于供电及Li7500A出现问题，数据出现较多的错误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2015-01-01至2015-09-25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3.文件大小：2.32MB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2015-10-06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黑河生态水文遥感试验：水文气象观测网数据集（张掖湿地站涡动相关仪-2015）. 时空三极环境大数据平台, DOI:10.3972/hiwater.307.2016.db, CSTR:18406.11.hiwater.307.2016.db,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2015). A Big Earth Data Platform for Three Poles, DOI:10.3972/hiwater.307.2016.db, CSTR:18406.11.hiwater.307.2016.db,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