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青海省农村居民家庭人均收入及恩格尔系数（1980-2013）</w:t>
      </w:r>
    </w:p>
    <w:p>
      <w:r>
        <w:rPr>
          <w:sz w:val="22"/>
        </w:rPr>
        <w:t>英文标题：Per capita income and Engel coefficient of rural households in Qinghai Province (1980-2013)</w:t>
      </w:r>
    </w:p>
    <w:p>
      <w:r>
        <w:rPr>
          <w:sz w:val="32"/>
        </w:rPr>
        <w:t>1、摘要</w:t>
      </w:r>
    </w:p>
    <w:p>
      <w:pPr>
        <w:ind w:firstLine="432"/>
      </w:pPr>
      <w:r>
        <w:rPr>
          <w:sz w:val="22"/>
        </w:rPr>
        <w:t>该数据集记录了青海省农村居民家庭人均收入及恩格尔系数的统计数据，数据按农村居民家庭人均纯收入划分的。数据整理自青海省统计局发布的青海省统计年鉴。数据集主要包含13个数据表，分别为:</w:t>
        <w:br/>
        <w:t>农村居民家庭人均收入及恩格尔系数1980-2001年.xls</w:t>
        <w:br/>
        <w:t>农村居民家庭人均收入及恩格尔系数1980-2002年.xls</w:t>
        <w:br/>
        <w:t>农村居民家庭人均收入及恩格尔系数1980-2003.xls</w:t>
        <w:br/>
        <w:t>农村居民家庭人均收入及恩格尔系数2004年.xls</w:t>
        <w:br/>
        <w:t>农村居民家庭人均收支及恩格尔系数1980-2005年.xls</w:t>
        <w:br/>
        <w:t>农村居民家庭人均收支及恩格尔系数1980-2006年.xls</w:t>
        <w:br/>
        <w:t>农村居民家庭人均收支及恩格尔系数1980-2009年.xls</w:t>
        <w:br/>
        <w:t>农村居民家庭人均收支及恩格尔系数1980-2010年.xls</w:t>
        <w:br/>
        <w:t>农村居民家庭人均收支及恩格尔系数1980-2013年.xls</w:t>
        <w:br/>
        <w:t>农村居民家庭人均收支及恩格尔系数1980-2008年.xls</w:t>
        <w:br/>
        <w:t>农村居民家庭人均收支及恩格尔系数1980-2011年.xls</w:t>
        <w:br/>
        <w:t>农村居民家庭人均收支及恩格尔系数1980-2012年.xls</w:t>
        <w:br/>
        <w:t>农牧民家庭人均收支及恩格尔系数1980-2007年.xls</w:t>
        <w:br/>
        <w:t>数据表结构相似。例如农村居民家庭人均收入及恩格尔系数1980-2001年数据表共有4个字段：</w:t>
        <w:br/>
        <w:t>字段1：绝对数</w:t>
        <w:br/>
        <w:t>字段2：指数</w:t>
        <w:br/>
        <w:t>字段3：指数</w:t>
        <w:br/>
        <w:t>字段4：农村居民家庭恩格尔系数</w:t>
      </w:r>
    </w:p>
    <w:p>
      <w:r>
        <w:rPr>
          <w:sz w:val="32"/>
        </w:rPr>
        <w:t>2、关键词</w:t>
      </w:r>
    </w:p>
    <w:p>
      <w:pPr>
        <w:ind w:left="432"/>
      </w:pPr>
      <w:r>
        <w:rPr>
          <w:sz w:val="22"/>
        </w:rPr>
        <w:t>主题关键词：</w:t>
      </w:r>
      <w:r>
        <w:rPr>
          <w:sz w:val="22"/>
        </w:rPr>
        <w:t>农业经济</w:t>
      </w:r>
      <w:r>
        <w:t>,</w:t>
      </w:r>
      <w:r>
        <w:rPr>
          <w:sz w:val="22"/>
        </w:rPr>
        <w:t>人均收入恩格尔系数</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1980-2013</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1979-12-31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青海省农村居民家庭人均收入及恩格尔系数（1980-2013）. 时空三极环境大数据平台, </w:t>
      </w:r>
      <w:r>
        <w:t>2021</w:t>
      </w:r>
      <w:r>
        <w:t>.[</w:t>
      </w:r>
      <w:r>
        <w:t xml:space="preserve">Qinghai Provincial Bureau of Statistics. Per capita income and Engel coefficient of rural households in Qinghai Province (1980-2013).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