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青海省主要年份从业人员年末人数（1952-2000）</w:t>
      </w:r>
    </w:p>
    <w:p>
      <w:r>
        <w:rPr>
          <w:sz w:val="22"/>
        </w:rPr>
        <w:t>英文标题：Number of employees at the end of the year in Main Years of Qinghai Province (1952-2000)</w:t>
      </w:r>
    </w:p>
    <w:p>
      <w:r>
        <w:rPr>
          <w:sz w:val="32"/>
        </w:rPr>
        <w:t>1、摘要</w:t>
      </w:r>
    </w:p>
    <w:p>
      <w:pPr>
        <w:ind w:firstLine="432"/>
      </w:pPr>
      <w:r>
        <w:rPr>
          <w:sz w:val="22"/>
        </w:rPr>
        <w:t>该数据集记录了青海省主要年份城镇登记失业人员变化情况的统计数据，数据是按年份进行划分的。数据整理自青海省统计局发布的青海省统计年鉴。数据集包含3个数据表，分别为：主要年份从业人员年末人数1952-1998年.xls，主要年份从业人员年末人数1952-1999年.xls，主要年份从业人员年末人数1952-2000年.xls，数据表结构相同。例如2000年的数据表共有8个字段：</w:t>
        <w:br/>
        <w:t>字段1：年份</w:t>
        <w:br/>
        <w:t>字段2：从业人员</w:t>
        <w:br/>
        <w:t>字段3：国有经济</w:t>
        <w:br/>
        <w:t>字段4：集体经济</w:t>
        <w:br/>
        <w:t>字段5：城镇私营经济</w:t>
        <w:br/>
        <w:t>字段6：城镇个体经济</w:t>
        <w:br/>
        <w:t>字段7：外商港澳台投资经济</w:t>
        <w:br/>
        <w:t>字段8：其他经济</w:t>
      </w:r>
    </w:p>
    <w:p>
      <w:r>
        <w:rPr>
          <w:sz w:val="32"/>
        </w:rPr>
        <w:t>2、关键词</w:t>
      </w:r>
    </w:p>
    <w:p>
      <w:pPr>
        <w:ind w:left="432"/>
      </w:pPr>
      <w:r>
        <w:rPr>
          <w:sz w:val="22"/>
        </w:rPr>
        <w:t>主题关键词：</w:t>
      </w:r>
      <w:r>
        <w:rPr>
          <w:sz w:val="22"/>
        </w:rPr>
        <w:t>人口</w:t>
      </w:r>
      <w:r>
        <w:t>,</w:t>
      </w:r>
      <w:r>
        <w:rPr>
          <w:sz w:val="22"/>
        </w:rPr>
        <w:t>就业人口</w:t>
        <w:br/>
      </w:r>
      <w:r>
        <w:rPr>
          <w:sz w:val="22"/>
        </w:rPr>
        <w:t>学科关键词：</w:t>
      </w:r>
      <w:r>
        <w:rPr>
          <w:sz w:val="22"/>
        </w:rPr>
        <w:t>人地关系</w:t>
        <w:br/>
      </w:r>
      <w:r>
        <w:rPr>
          <w:sz w:val="22"/>
        </w:rPr>
        <w:t>地点关键词：</w:t>
      </w:r>
      <w:r>
        <w:rPr>
          <w:sz w:val="22"/>
        </w:rPr>
        <w:t>青海</w:t>
        <w:br/>
      </w:r>
      <w:r>
        <w:rPr>
          <w:sz w:val="22"/>
        </w:rPr>
        <w:t>时间关键词：</w:t>
      </w:r>
      <w:r>
        <w:rPr>
          <w:sz w:val="22"/>
        </w:rPr>
        <w:t>1952-2000</w:t>
      </w:r>
    </w:p>
    <w:p>
      <w:r>
        <w:rPr>
          <w:sz w:val="32"/>
        </w:rPr>
        <w:t>3、数据细节</w:t>
      </w:r>
    </w:p>
    <w:p>
      <w:pPr>
        <w:ind w:left="432"/>
      </w:pPr>
      <w:r>
        <w:rPr>
          <w:sz w:val="22"/>
        </w:rPr>
        <w:t>1.比例尺：None</w:t>
      </w:r>
    </w:p>
    <w:p>
      <w:pPr>
        <w:ind w:left="432"/>
      </w:pPr>
      <w:r>
        <w:rPr>
          <w:sz w:val="22"/>
        </w:rPr>
        <w:t>2.投影：None</w:t>
      </w:r>
    </w:p>
    <w:p>
      <w:pPr>
        <w:ind w:left="432"/>
      </w:pPr>
      <w:r>
        <w:rPr>
          <w:sz w:val="22"/>
        </w:rPr>
        <w:t>3.文件大小：0.07MB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1951-12-31 16:00:00+00:00</w:t>
      </w:r>
      <w:r>
        <w:rPr>
          <w:sz w:val="22"/>
        </w:rPr>
        <w:t>--</w:t>
      </w:r>
      <w:r>
        <w:rPr>
          <w:sz w:val="22"/>
        </w:rPr>
        <w:t>2000-12-30 16:00:00+00:00</w:t>
      </w:r>
    </w:p>
    <w:p>
      <w:r>
        <w:rPr>
          <w:sz w:val="32"/>
        </w:rPr>
        <w:t>6、引用方式</w:t>
      </w:r>
    </w:p>
    <w:p>
      <w:pPr>
        <w:ind w:left="432"/>
      </w:pPr>
      <w:r>
        <w:rPr>
          <w:sz w:val="22"/>
        </w:rPr>
        <w:t xml:space="preserve">数据的引用: </w:t>
      </w:r>
    </w:p>
    <w:p>
      <w:pPr>
        <w:ind w:left="432" w:firstLine="432"/>
      </w:pPr>
      <w:r>
        <w:t xml:space="preserve">青海省统计局. 青海省主要年份从业人员年末人数（1952-2000）. 时空三极环境大数据平台, </w:t>
      </w:r>
      <w:r>
        <w:t>2021</w:t>
      </w:r>
      <w:r>
        <w:t>.[</w:t>
      </w:r>
      <w:r>
        <w:t xml:space="preserve">Qinghai Provincial Bureau of Statistics. Number of employees at the end of the year in Main Years of Qinghai Province (1952-2000).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