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黑河综合遥感联合试验：临泽草地站加密观测区L&amp;K波段机载微波辐射计地面同步观测数据集（2008年7月8日）</w:t>
      </w:r>
    </w:p>
    <w:p>
      <w:r>
        <w:rPr>
          <w:sz w:val="22"/>
        </w:rPr>
        <w:t>英文标题：WATER: Dataset of ground truth measurements synchronizing with the airborne microwave radiometers (L&amp;K bands) mission in the Linze grassland foci experimental area on Jul. 8, 2008</w:t>
      </w:r>
    </w:p>
    <w:p>
      <w:r>
        <w:rPr>
          <w:sz w:val="32"/>
        </w:rPr>
        <w:t>1、摘要</w:t>
      </w:r>
    </w:p>
    <w:p>
      <w:pPr>
        <w:ind w:firstLine="432"/>
      </w:pPr>
      <w:r>
        <w:rPr>
          <w:sz w:val="22"/>
        </w:rPr>
        <w:t>2008年7月8日，在临泽草地加密观测区开展了L&amp;K波段机载微波辐射计的航空飞行。地面同步观测在临泽草地加密观测区微波同步样带L1，样带L2，样带L3，样带L4，样带L5，样带L6展开。主要观测变量为地表温度、土壤温度和土壤水分。本数据可为发展和验证主动微波遥感反演土壤水分和土壤盐分算法提供基本的地面数据集。</w:t>
        <w:br/>
        <w:t>各条样带垂直于航线方向布置，每条样带上共有25个采样点，各采样点间距为100m。在各条样带的每个采样点，采用环刀取土经烘干获得重量含水量、体积含水量及土壤容重；针式温度计获得0-5cm平均土壤温度；手持式红外温度计获得冠顶温度和地表温度。</w:t>
        <w:br/>
        <w:t>本数据集包括6个样带测量的土壤水分和温度数据表格，地表温度、土壤温度和土壤水分在一个数据表格中存储。</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植被</w:t>
      </w:r>
      <w:r>
        <w:t>,</w:t>
      </w:r>
      <w:r>
        <w:rPr>
          <w:sz w:val="22"/>
        </w:rPr>
        <w:t>地表过程</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2008-07-08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3.文件大小：5.22MB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2008-07-21 16:00:00+00:00</w:t>
      </w:r>
      <w:r>
        <w:rPr>
          <w:sz w:val="22"/>
        </w:rPr>
        <w:t>--</w:t>
      </w:r>
      <w:r>
        <w:rPr>
          <w:sz w:val="22"/>
        </w:rPr>
        <w:t>2008-07-21 16:00:00+00:00</w:t>
      </w:r>
    </w:p>
    <w:p>
      <w:r>
        <w:rPr>
          <w:sz w:val="32"/>
        </w:rPr>
        <w:t>6、引用方式</w:t>
      </w:r>
    </w:p>
    <w:p>
      <w:pPr>
        <w:ind w:left="432"/>
      </w:pPr>
      <w:r>
        <w:rPr>
          <w:sz w:val="22"/>
        </w:rPr>
        <w:t xml:space="preserve">数据的引用: </w:t>
      </w:r>
    </w:p>
    <w:p>
      <w:pPr>
        <w:ind w:left="432" w:firstLine="432"/>
      </w:pPr>
      <w:r>
        <w:t xml:space="preserve">盖春梅, 盖迎春, 胡晓利, 朱仕杰, 余凡, 李笑宇. 黑河综合遥感联合试验：临泽草地站加密观测区L&amp;K波段机载微波辐射计地面同步观测数据集（2008年7月8日）. 时空三极环境大数据平台, DOI:10.3972/water973.0072.db, CSTR:18406.11.water973.0072.db, </w:t>
      </w:r>
      <w:r>
        <w:t>2013</w:t>
      </w:r>
      <w:r>
        <w:t>.[</w:t>
      </w:r>
      <w:r>
        <w:t xml:space="preserve">GE   Yingchun, HU   Xiaoli, ZHU   Shijie, YU   Fan, GE Chunmei, LI   Xiaoyu. WATER: Dataset of ground truth measurements synchronizing with the airborne microwave radiometers (L&amp;K bands) mission in the Linze grassland foci experimental area on Jul. 8, 2008. A Big Earth Data Platform for Three Poles, DOI:10.3972/water973.0072.db, CSTR:18406.11.water973.0072.db,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