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第三极1:100万居民点分布数据集（2014）</w:t>
      </w:r>
    </w:p>
    <w:p>
      <w:r>
        <w:rPr>
          <w:sz w:val="22"/>
        </w:rPr>
        <w:t>英文标题：The Third Pole 1:1,000,000 settlements distribution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居民点数据集包括第三极地区居民点（Tibet_Cities）、首都居民点（Tibet_Capitals）、城市人口大于75k的居民点（Tibet_Cities_up_to_75K）等矢量空间数据及相关属性数据：城市名称（ENG_NAME）、城市人口（CITY_POP）等属性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3.文件大小：28.9MB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第三极1:100万居民点分布数据集（2014）. 时空三极环境大数据平台, </w:t>
      </w:r>
      <w:r>
        <w:t>2019</w:t>
      </w:r>
      <w:r>
        <w:t>.[</w:t>
      </w:r>
      <w:r>
        <w:t xml:space="preserve">ADC WorldMap. The Third Pole 1:1,000,000 settlements distribution dataset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